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וביטויים מהמיתולוגיה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ביטויים ומילים שמקורם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ביטוי בעברית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בביטויים אלו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בלגן גדול ואי סדר מוחלט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מדריך ויועץ מנוסה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מגע מידס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מעשה שפותח שרשרת 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להעז יותר מדי ולהיכשל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(בלגן גדול ואי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(מדריך ויועץ מנוסה)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מפות)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(בהלה פתאומית וחזקה)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(שרשרת צרות שקשה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(הצלחה בכל דבר שנוגעים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אטלס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פאניקה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מגע מידס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כאוס מתאר בלגן ואי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מספרת המיתולוגיה על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מנטור הוא דמות המייעצת, לא מפלצת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איקרוס עף קרוב מדי לשמש ונפל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אטלס הוא ספר מפות או דמות שנושאת משא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משתמש בביטוי בהקשר נכון ומראה הבנה של 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הפסקה מתארת מצב מתאים ומסבירה את הקשר לביטוי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כאוס=אי סדר, סדר=הפך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ביטוי מהדף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של העזה מוגזמת שמובילה לכישלון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הביטויים על הלוח ולבקש מהתלמידים לנחש את המשמעות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ביטוי לסיפור המיתולוגי המקורי בקצרה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וביטויים מהמיתולוגיה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בעברית שהגיעו מהסיפורים היווניים הישנים. בדף הזה נלמד מה המילים האלה אומרות.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בלגן גדול, אי סדר מוחלט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אודיסיאה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ומלא הרפתקאות וקשיים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מגע מידס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הצלחה בכל דבר שנוגעים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מנטור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מדריך ויועץ מנוסה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תיבת פנדורה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שפותח שרשרת צרות שקשה לעצור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לעוף קרוב מדי לשמש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להעז יותר מדי ולהיכשל (איקרוס)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אטלס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מפות, או מי שנושא משא כבד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פאניקה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בהלה פתאומית וחזקה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כאוס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סדר מושלם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בלגן גדול ואי סדר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הצלחה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למסע ארוך עם קשיים?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פנדורה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פאניקה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מנטור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מדריך ויועץ מנוסה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בהלה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בלגן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הביטוי שמתאר הצלחה בכל מה שנוגעים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מגע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אטלס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תיבת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מדריך מנוסה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מעשה שפותח שרשרת 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בהלה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כשמישהו עף קרוב מדי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להעז יותר מדי ולהיכשל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לנצח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להישאר רגוע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בהלה פתאומית וחזקה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הצלחה בכל דבר שנוגעים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בלגן גדול ואי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פאניקה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מפות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תיבת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מדריך ויועץ מנוסה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מגע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שרשרת צרות שקשה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שיוצא למסע ארוך ומלא הרפתקאות, אומרים שהוא יוצא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אדם שמייעץ ומדריך תלמיד צעיר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כשהכל הופך לבלגן גדול ואי סדר, אומרים שיש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ספר הכולל מפות של מדינות שונות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תחושת בהלה פתאומית וחזקה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אדם שמצליח בכל דבר שהוא נוגע בו, אומרים שיש לו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"כאוס" מתארת סדר מושלם ושקט.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"תיבת פנדורה" מתאר מעשה שפותח שרשרת צרות.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"מנטור" הוא שם של מפלצת במיתולוגיה היוונית.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"לעוף קרוב מדי לשמש" קשור לסיפור על איקרוס.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"אטלס" קשורה רק לספרי בישול.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ביטוי אחד מהמיתולוגיה שלמדתם וכתבו משפט שמשתמש בו בצורה נכונה.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המספרת על מצב שבו הייתם יכולים להשתמש בביטוי "תיבת פנדורה" או "מגע מידס".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כאוס לסדר?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לביטוי שמקורו במיתולוגיה והסבירו מה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מצב הייתם אומרים שמישהו 'עף קרוב מדי לשמש'?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וביטויים מהמיתולוגיה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