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ומילים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ביטוי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אלו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בלגן גדול ואי סדר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אודיסיאה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(בלגן גדול ואי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(מדריך ויועץ 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מפות)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(בהלה פתאומית וחזקה)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אטלס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כאוס מתאר בלגן ואי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מספרת המיתולוגיה על פנדורה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משתמש בביטוי בהקשר נכון ומראה הבנה של משמעותו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כאוס=אי סדר, סדר=הפך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ביטוי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של העזה מוגזמת שמובילה לכישלון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הביטויים על הלוח ולבקש מהתלמידים לנחש את המשמעות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ביטוי לסיפור המיתולוגי המקורי בקצרה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הרבה מילים וביטויים שאנחנו משתמשים בהם היום הגיעו מהמיתולוגיה היוונית העתיקה, כמו כאוס, אודיסיאה ומנטור. בדף זה נתרגל את המשמעות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אודיסיאה  ·  אטלס  ·  כאוס  ·  מנטור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"כאוס"?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סדר מושלם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בלגן גדול ואי סדר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ביטוי מתאר מסע ארוך ומלא הרפתקאות וקשיים?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תיבת פנדורה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אודיסיאה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מפות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בהלה פתאומית וחזקה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מדריך ויועץ 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פאניקה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בלגן גדול ואי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שיוצא למסע ארוך ומלא הרפתקאות, אומרים שהוא יוצא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אדם שמייעץ ומדריך תלמיד צעיר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כשהכל הופך לבלגן גדול ואי סדר, אומרים שיש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ספר הכולל מפות של מדינות שונות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"כאוס" מתארת סדר מושלם ושקט.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הביטוי "תיבת פנדורה" מתאר מעשה שפותח שרשרת צרות.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ביטוי אחד מהמיתולוגיה שלמדתם וכתבו משפט שמשתמש בו בצורה 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כאוס לסדר?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לביטוי שמקורו במיתולוגיה והסבירו 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וביטויים מהמיתולוגיה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